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1125" w:tblpY="-26"/>
        <w:tblOverlap w:val="never"/>
        <w:tblW w:w="5677" w:type="pct"/>
        <w:tblBorders>
          <w:bottom w:val="single" w:sz="4" w:space="0" w:color="auto"/>
          <w:insideH w:val="single" w:sz="6" w:space="0" w:color="EEEEEE"/>
          <w:insideV w:val="single" w:sz="4"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4140"/>
        <w:gridCol w:w="5670"/>
      </w:tblGrid>
      <w:tr w:rsidR="005A183F" w:rsidRPr="005A183F" w14:paraId="4C595E9A" w14:textId="77777777" w:rsidTr="5D5B0DCD">
        <w:trPr>
          <w:trHeight w:val="585"/>
        </w:trPr>
        <w:tc>
          <w:tcPr>
            <w:tcW w:w="4140" w:type="dxa"/>
            <w:shd w:val="clear" w:color="auto" w:fill="FFFFFF" w:themeFill="background1"/>
            <w:tcMar>
              <w:top w:w="225" w:type="dxa"/>
              <w:left w:w="80" w:type="dxa"/>
              <w:bottom w:w="225" w:type="dxa"/>
              <w:right w:w="80" w:type="dxa"/>
            </w:tcMar>
            <w:hideMark/>
          </w:tcPr>
          <w:p w14:paraId="6748ED61" w14:textId="6ABC37A6" w:rsidR="005A183F" w:rsidRPr="005A183F" w:rsidRDefault="005A183F" w:rsidP="005A183F">
            <w:pPr>
              <w:tabs>
                <w:tab w:val="center" w:pos="1683"/>
              </w:tabs>
              <w:rPr>
                <w:rFonts w:asciiTheme="majorHAnsi" w:eastAsia="Times New Roman" w:hAnsiTheme="majorHAnsi" w:cstheme="majorHAnsi"/>
                <w:caps/>
                <w:color w:val="000000" w:themeColor="text1"/>
                <w:sz w:val="21"/>
                <w:szCs w:val="21"/>
                <w:lang w:val="nl-NL" w:eastAsia="nl-NL"/>
              </w:rPr>
            </w:pPr>
            <w:r w:rsidRPr="005A183F">
              <w:rPr>
                <w:rFonts w:asciiTheme="majorHAnsi" w:eastAsia="Times New Roman" w:hAnsiTheme="majorHAnsi" w:cstheme="majorHAnsi"/>
                <w:color w:val="000000" w:themeColor="text1"/>
                <w:sz w:val="21"/>
                <w:szCs w:val="21"/>
                <w:lang w:eastAsia="nl-NL"/>
              </w:rPr>
              <w:t>Name</w:t>
            </w:r>
            <w:r>
              <w:rPr>
                <w:rFonts w:asciiTheme="majorHAnsi" w:eastAsia="Times New Roman" w:hAnsiTheme="majorHAnsi" w:cstheme="majorHAnsi"/>
                <w:color w:val="000000" w:themeColor="text1"/>
                <w:sz w:val="21"/>
                <w:szCs w:val="21"/>
                <w:lang w:eastAsia="nl-NL"/>
              </w:rPr>
              <w:br/>
            </w:r>
            <w:r w:rsidRPr="005A183F">
              <w:rPr>
                <w:rFonts w:asciiTheme="majorHAnsi" w:eastAsia="Times New Roman" w:hAnsiTheme="majorHAnsi" w:cstheme="majorHAnsi"/>
                <w:color w:val="000000" w:themeColor="text1"/>
                <w:sz w:val="21"/>
                <w:szCs w:val="21"/>
                <w:lang w:eastAsia="nl-NL"/>
              </w:rPr>
              <w:t>Email</w:t>
            </w:r>
          </w:p>
        </w:tc>
        <w:tc>
          <w:tcPr>
            <w:tcW w:w="5670" w:type="dxa"/>
            <w:shd w:val="clear" w:color="auto" w:fill="FFFFFF" w:themeFill="background1"/>
            <w:tcMar>
              <w:top w:w="225" w:type="dxa"/>
              <w:left w:w="80" w:type="dxa"/>
              <w:bottom w:w="225" w:type="dxa"/>
              <w:right w:w="80" w:type="dxa"/>
            </w:tcMar>
            <w:hideMark/>
          </w:tcPr>
          <w:p w14:paraId="73C7A031" w14:textId="0975ED2E" w:rsidR="005A183F" w:rsidRPr="005A183F" w:rsidRDefault="005A183F" w:rsidP="005A183F">
            <w:pPr>
              <w:jc w:val="right"/>
              <w:rPr>
                <w:rFonts w:asciiTheme="majorHAnsi" w:eastAsia="Times New Roman" w:hAnsiTheme="majorHAnsi" w:cstheme="majorHAnsi"/>
                <w:color w:val="000000" w:themeColor="text1"/>
                <w:sz w:val="21"/>
                <w:szCs w:val="21"/>
                <w:lang w:eastAsia="nl-NL"/>
              </w:rPr>
            </w:pPr>
          </w:p>
        </w:tc>
      </w:tr>
      <w:tr w:rsidR="005A183F" w:rsidRPr="005A183F" w14:paraId="7A1B1BFB" w14:textId="77777777" w:rsidTr="5D5B0DCD">
        <w:tc>
          <w:tcPr>
            <w:tcW w:w="4140" w:type="dxa"/>
            <w:shd w:val="clear" w:color="auto" w:fill="FFFFFF" w:themeFill="background1"/>
            <w:tcMar>
              <w:top w:w="225" w:type="dxa"/>
              <w:left w:w="80" w:type="dxa"/>
              <w:bottom w:w="225" w:type="dxa"/>
              <w:right w:w="80" w:type="dxa"/>
            </w:tcMar>
            <w:hideMark/>
          </w:tcPr>
          <w:p w14:paraId="464A7C6D" w14:textId="77777777"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Date of my next call</w:t>
            </w:r>
          </w:p>
        </w:tc>
        <w:tc>
          <w:tcPr>
            <w:tcW w:w="5670" w:type="dxa"/>
            <w:shd w:val="clear" w:color="auto" w:fill="FFFFFF" w:themeFill="background1"/>
            <w:tcMar>
              <w:top w:w="225" w:type="dxa"/>
              <w:left w:w="80" w:type="dxa"/>
              <w:bottom w:w="225" w:type="dxa"/>
              <w:right w:w="80" w:type="dxa"/>
            </w:tcMar>
            <w:hideMark/>
          </w:tcPr>
          <w:p w14:paraId="329430A6" w14:textId="74C05196" w:rsidR="005A183F" w:rsidRPr="005A183F" w:rsidRDefault="00A1538E"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April 12</w:t>
            </w:r>
            <w:r w:rsidRPr="00A1538E">
              <w:rPr>
                <w:rFonts w:asciiTheme="majorHAnsi" w:eastAsia="Times New Roman" w:hAnsiTheme="majorHAnsi" w:cstheme="majorHAnsi"/>
                <w:color w:val="000000" w:themeColor="text1"/>
                <w:sz w:val="21"/>
                <w:szCs w:val="21"/>
                <w:vertAlign w:val="superscript"/>
                <w:lang w:eastAsia="nl-NL"/>
              </w:rPr>
              <w:t>th</w:t>
            </w:r>
            <w:r>
              <w:rPr>
                <w:rFonts w:asciiTheme="majorHAnsi" w:eastAsia="Times New Roman" w:hAnsiTheme="majorHAnsi" w:cstheme="majorHAnsi"/>
                <w:color w:val="000000" w:themeColor="text1"/>
                <w:sz w:val="21"/>
                <w:szCs w:val="21"/>
                <w:lang w:eastAsia="nl-NL"/>
              </w:rPr>
              <w:t xml:space="preserve"> </w:t>
            </w:r>
            <w:r w:rsidR="005A183F" w:rsidRPr="005A183F">
              <w:rPr>
                <w:rFonts w:asciiTheme="majorHAnsi" w:eastAsia="Times New Roman" w:hAnsiTheme="majorHAnsi" w:cstheme="majorHAnsi"/>
                <w:color w:val="000000" w:themeColor="text1"/>
                <w:sz w:val="21"/>
                <w:szCs w:val="21"/>
                <w:lang w:eastAsia="nl-NL"/>
              </w:rPr>
              <w:t xml:space="preserve"> 2024 </w:t>
            </w:r>
            <w:r w:rsidR="00DE6777">
              <w:rPr>
                <w:rFonts w:asciiTheme="majorHAnsi" w:eastAsia="Times New Roman" w:hAnsiTheme="majorHAnsi" w:cstheme="majorHAnsi"/>
                <w:color w:val="000000" w:themeColor="text1"/>
                <w:sz w:val="21"/>
                <w:szCs w:val="21"/>
                <w:lang w:eastAsia="nl-NL"/>
              </w:rPr>
              <w:t>10 AM WET</w:t>
            </w:r>
          </w:p>
        </w:tc>
      </w:tr>
      <w:tr w:rsidR="005A183F" w:rsidRPr="005A183F" w14:paraId="7ACC9FF1" w14:textId="77777777" w:rsidTr="5D5B0DCD">
        <w:tc>
          <w:tcPr>
            <w:tcW w:w="4140" w:type="dxa"/>
            <w:shd w:val="clear" w:color="auto" w:fill="FFFFFF" w:themeFill="background1"/>
            <w:tcMar>
              <w:top w:w="225" w:type="dxa"/>
              <w:left w:w="80" w:type="dxa"/>
              <w:bottom w:w="225" w:type="dxa"/>
              <w:right w:w="80" w:type="dxa"/>
            </w:tcMar>
            <w:hideMark/>
          </w:tcPr>
          <w:p w14:paraId="7D0D578D" w14:textId="3EE10B92"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are the specific, measurable actions I committed to on my last call?</w:t>
            </w:r>
          </w:p>
        </w:tc>
        <w:tc>
          <w:tcPr>
            <w:tcW w:w="5670" w:type="dxa"/>
            <w:shd w:val="clear" w:color="auto" w:fill="FFFFFF" w:themeFill="background1"/>
            <w:tcMar>
              <w:top w:w="225" w:type="dxa"/>
              <w:left w:w="80" w:type="dxa"/>
              <w:bottom w:w="225" w:type="dxa"/>
              <w:right w:w="80" w:type="dxa"/>
            </w:tcMar>
            <w:hideMark/>
          </w:tcPr>
          <w:p w14:paraId="03E4C7AB" w14:textId="09478852" w:rsidR="005A183F" w:rsidRPr="005A183F" w:rsidRDefault="005A183F" w:rsidP="005A183F">
            <w:pPr>
              <w:rPr>
                <w:rFonts w:asciiTheme="majorHAnsi" w:eastAsia="Times New Roman" w:hAnsiTheme="majorHAnsi" w:cstheme="majorHAnsi"/>
                <w:color w:val="000000" w:themeColor="text1"/>
                <w:sz w:val="21"/>
                <w:szCs w:val="21"/>
                <w:lang w:eastAsia="nl-NL"/>
              </w:rPr>
            </w:pPr>
          </w:p>
        </w:tc>
      </w:tr>
      <w:tr w:rsidR="005A183F" w:rsidRPr="005A183F" w14:paraId="378C803D" w14:textId="77777777" w:rsidTr="5D5B0DCD">
        <w:tc>
          <w:tcPr>
            <w:tcW w:w="4140" w:type="dxa"/>
            <w:shd w:val="clear" w:color="auto" w:fill="FFFFFF" w:themeFill="background1"/>
            <w:tcMar>
              <w:top w:w="225" w:type="dxa"/>
              <w:left w:w="80" w:type="dxa"/>
              <w:bottom w:w="225" w:type="dxa"/>
              <w:right w:w="80" w:type="dxa"/>
            </w:tcMar>
            <w:hideMark/>
          </w:tcPr>
          <w:p w14:paraId="1720E2EE" w14:textId="42761106"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are the actions I have taken since my last call?</w:t>
            </w:r>
          </w:p>
        </w:tc>
        <w:tc>
          <w:tcPr>
            <w:tcW w:w="5670" w:type="dxa"/>
            <w:shd w:val="clear" w:color="auto" w:fill="FFFFFF" w:themeFill="background1"/>
            <w:tcMar>
              <w:top w:w="225" w:type="dxa"/>
              <w:left w:w="80" w:type="dxa"/>
              <w:bottom w:w="225" w:type="dxa"/>
              <w:right w:w="80" w:type="dxa"/>
            </w:tcMar>
            <w:hideMark/>
          </w:tcPr>
          <w:p w14:paraId="79E14524" w14:textId="6B0E9670" w:rsidR="002319AC" w:rsidRPr="00E955F1" w:rsidRDefault="00E955F1" w:rsidP="005A183F">
            <w:pPr>
              <w:rPr>
                <w:rFonts w:asciiTheme="majorHAnsi" w:eastAsia="Times New Roman" w:hAnsiTheme="majorHAnsi" w:cstheme="majorHAnsi"/>
                <w:b/>
                <w:bCs/>
                <w:color w:val="000000" w:themeColor="text1"/>
                <w:sz w:val="21"/>
                <w:szCs w:val="21"/>
                <w:lang w:eastAsia="nl-NL"/>
              </w:rPr>
            </w:pPr>
            <w:r w:rsidRPr="00E955F1">
              <w:rPr>
                <w:rFonts w:asciiTheme="majorHAnsi" w:eastAsia="Times New Roman" w:hAnsiTheme="majorHAnsi" w:cstheme="majorHAnsi"/>
                <w:b/>
                <w:bCs/>
                <w:color w:val="000000" w:themeColor="text1"/>
                <w:sz w:val="21"/>
                <w:szCs w:val="21"/>
                <w:lang w:eastAsia="nl-NL"/>
              </w:rPr>
              <w:t>Plan 1:</w:t>
            </w:r>
          </w:p>
          <w:p w14:paraId="16FE5EA3" w14:textId="3B9E37E9" w:rsidR="003673BB" w:rsidRDefault="00B81A2A"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I have done quite some progress on learning how to use a system called Jekyll to build my professional website + blog</w:t>
            </w:r>
            <w:r w:rsidR="00362F3C">
              <w:rPr>
                <w:rFonts w:asciiTheme="majorHAnsi" w:eastAsia="Times New Roman" w:hAnsiTheme="majorHAnsi" w:cstheme="majorHAnsi"/>
                <w:color w:val="000000" w:themeColor="text1"/>
                <w:sz w:val="21"/>
                <w:szCs w:val="21"/>
                <w:lang w:eastAsia="nl-NL"/>
              </w:rPr>
              <w:t xml:space="preserve">! </w:t>
            </w:r>
            <w:r w:rsidR="00CB7A9A">
              <w:rPr>
                <w:rFonts w:asciiTheme="majorHAnsi" w:eastAsia="Times New Roman" w:hAnsiTheme="majorHAnsi" w:cstheme="majorHAnsi"/>
                <w:color w:val="000000" w:themeColor="text1"/>
                <w:sz w:val="21"/>
                <w:szCs w:val="21"/>
                <w:lang w:eastAsia="nl-NL"/>
              </w:rPr>
              <w:t xml:space="preserve"> I have followed</w:t>
            </w:r>
            <w:r w:rsidR="004A7712">
              <w:rPr>
                <w:rFonts w:asciiTheme="majorHAnsi" w:eastAsia="Times New Roman" w:hAnsiTheme="majorHAnsi" w:cstheme="majorHAnsi"/>
                <w:color w:val="000000" w:themeColor="text1"/>
                <w:sz w:val="21"/>
                <w:szCs w:val="21"/>
                <w:lang w:eastAsia="nl-NL"/>
              </w:rPr>
              <w:t xml:space="preserve"> and completed </w:t>
            </w:r>
            <w:r w:rsidR="00CB7A9A">
              <w:rPr>
                <w:rFonts w:asciiTheme="majorHAnsi" w:eastAsia="Times New Roman" w:hAnsiTheme="majorHAnsi" w:cstheme="majorHAnsi"/>
                <w:color w:val="000000" w:themeColor="text1"/>
                <w:sz w:val="21"/>
                <w:szCs w:val="21"/>
                <w:lang w:eastAsia="nl-NL"/>
              </w:rPr>
              <w:t>3 courses over that matter and 2 courses</w:t>
            </w:r>
            <w:r w:rsidR="004A7712">
              <w:rPr>
                <w:rFonts w:asciiTheme="majorHAnsi" w:eastAsia="Times New Roman" w:hAnsiTheme="majorHAnsi" w:cstheme="majorHAnsi"/>
                <w:color w:val="000000" w:themeColor="text1"/>
                <w:sz w:val="21"/>
                <w:szCs w:val="21"/>
                <w:lang w:eastAsia="nl-NL"/>
              </w:rPr>
              <w:t xml:space="preserve"> over other applications relatsd to work, which is more than I have done in the last </w:t>
            </w:r>
            <w:r w:rsidR="007E4ACF">
              <w:rPr>
                <w:rFonts w:asciiTheme="majorHAnsi" w:eastAsia="Times New Roman" w:hAnsiTheme="majorHAnsi" w:cstheme="majorHAnsi"/>
                <w:color w:val="000000" w:themeColor="text1"/>
                <w:sz w:val="21"/>
                <w:szCs w:val="21"/>
                <w:lang w:eastAsia="nl-NL"/>
              </w:rPr>
              <w:t>two years.</w:t>
            </w:r>
          </w:p>
          <w:p w14:paraId="3C712F78" w14:textId="011962BD" w:rsidR="00EF6EDC" w:rsidRDefault="00362F3C"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I have worked on this</w:t>
            </w:r>
            <w:r w:rsidR="007E4ACF">
              <w:rPr>
                <w:rFonts w:asciiTheme="majorHAnsi" w:eastAsia="Times New Roman" w:hAnsiTheme="majorHAnsi" w:cstheme="majorHAnsi"/>
                <w:color w:val="000000" w:themeColor="text1"/>
                <w:sz w:val="21"/>
                <w:szCs w:val="21"/>
                <w:lang w:eastAsia="nl-NL"/>
              </w:rPr>
              <w:t xml:space="preserve"> target</w:t>
            </w:r>
            <w:r>
              <w:rPr>
                <w:rFonts w:asciiTheme="majorHAnsi" w:eastAsia="Times New Roman" w:hAnsiTheme="majorHAnsi" w:cstheme="majorHAnsi"/>
                <w:color w:val="000000" w:themeColor="text1"/>
                <w:sz w:val="21"/>
                <w:szCs w:val="21"/>
                <w:lang w:eastAsia="nl-NL"/>
              </w:rPr>
              <w:t xml:space="preserve"> quite a lot, more as a testing ground and testing various themes to see how it works for me. I haven’t quite decided yet </w:t>
            </w:r>
            <w:r w:rsidR="00ED4A00">
              <w:rPr>
                <w:rFonts w:asciiTheme="majorHAnsi" w:eastAsia="Times New Roman" w:hAnsiTheme="majorHAnsi" w:cstheme="majorHAnsi"/>
                <w:color w:val="000000" w:themeColor="text1"/>
                <w:sz w:val="21"/>
                <w:szCs w:val="21"/>
                <w:lang w:eastAsia="nl-NL"/>
              </w:rPr>
              <w:t>which one will be my favorite</w:t>
            </w:r>
            <w:r w:rsidR="00EF6EDC">
              <w:rPr>
                <w:rFonts w:asciiTheme="majorHAnsi" w:eastAsia="Times New Roman" w:hAnsiTheme="majorHAnsi" w:cstheme="majorHAnsi"/>
                <w:color w:val="000000" w:themeColor="text1"/>
                <w:sz w:val="21"/>
                <w:szCs w:val="21"/>
                <w:lang w:eastAsia="nl-NL"/>
              </w:rPr>
              <w:t>, also because I will connect a blog on this</w:t>
            </w:r>
            <w:r w:rsidR="003673BB">
              <w:rPr>
                <w:rFonts w:asciiTheme="majorHAnsi" w:eastAsia="Times New Roman" w:hAnsiTheme="majorHAnsi" w:cstheme="majorHAnsi"/>
                <w:color w:val="000000" w:themeColor="text1"/>
                <w:sz w:val="21"/>
                <w:szCs w:val="21"/>
                <w:lang w:eastAsia="nl-NL"/>
              </w:rPr>
              <w:t xml:space="preserve"> and would like the correct functionality enabled. I will consult a few people to give me their opinion</w:t>
            </w:r>
            <w:r w:rsidR="00010C64">
              <w:rPr>
                <w:rFonts w:asciiTheme="majorHAnsi" w:eastAsia="Times New Roman" w:hAnsiTheme="majorHAnsi" w:cstheme="majorHAnsi"/>
                <w:color w:val="000000" w:themeColor="text1"/>
                <w:sz w:val="21"/>
                <w:szCs w:val="21"/>
                <w:lang w:eastAsia="nl-NL"/>
              </w:rPr>
              <w:t>s and views</w:t>
            </w:r>
            <w:r w:rsidR="003673BB">
              <w:rPr>
                <w:rFonts w:asciiTheme="majorHAnsi" w:eastAsia="Times New Roman" w:hAnsiTheme="majorHAnsi" w:cstheme="majorHAnsi"/>
                <w:color w:val="000000" w:themeColor="text1"/>
                <w:sz w:val="21"/>
                <w:szCs w:val="21"/>
                <w:lang w:eastAsia="nl-NL"/>
              </w:rPr>
              <w:t xml:space="preserve"> by </w:t>
            </w:r>
            <w:r w:rsidR="00010C64">
              <w:rPr>
                <w:rFonts w:asciiTheme="majorHAnsi" w:eastAsia="Times New Roman" w:hAnsiTheme="majorHAnsi" w:cstheme="majorHAnsi"/>
                <w:color w:val="000000" w:themeColor="text1"/>
                <w:sz w:val="21"/>
                <w:szCs w:val="21"/>
                <w:lang w:eastAsia="nl-NL"/>
              </w:rPr>
              <w:t>the 21</w:t>
            </w:r>
            <w:r w:rsidR="00010C64" w:rsidRPr="00010C64">
              <w:rPr>
                <w:rFonts w:asciiTheme="majorHAnsi" w:eastAsia="Times New Roman" w:hAnsiTheme="majorHAnsi" w:cstheme="majorHAnsi"/>
                <w:color w:val="000000" w:themeColor="text1"/>
                <w:sz w:val="21"/>
                <w:szCs w:val="21"/>
                <w:vertAlign w:val="superscript"/>
                <w:lang w:eastAsia="nl-NL"/>
              </w:rPr>
              <w:t>st</w:t>
            </w:r>
            <w:r w:rsidR="00010C64">
              <w:rPr>
                <w:rFonts w:asciiTheme="majorHAnsi" w:eastAsia="Times New Roman" w:hAnsiTheme="majorHAnsi" w:cstheme="majorHAnsi"/>
                <w:color w:val="000000" w:themeColor="text1"/>
                <w:sz w:val="21"/>
                <w:szCs w:val="21"/>
                <w:lang w:eastAsia="nl-NL"/>
              </w:rPr>
              <w:t xml:space="preserve"> of April</w:t>
            </w:r>
            <w:r w:rsidR="009E2DAE">
              <w:rPr>
                <w:rFonts w:asciiTheme="majorHAnsi" w:eastAsia="Times New Roman" w:hAnsiTheme="majorHAnsi" w:cstheme="majorHAnsi"/>
                <w:color w:val="000000" w:themeColor="text1"/>
                <w:sz w:val="21"/>
                <w:szCs w:val="21"/>
                <w:lang w:eastAsia="nl-NL"/>
              </w:rPr>
              <w:t xml:space="preserve"> and take notes on what they say/think.</w:t>
            </w:r>
          </w:p>
          <w:p w14:paraId="13DF85A3" w14:textId="40ACB38E" w:rsidR="00AB4054" w:rsidRDefault="00ED4A00"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Next steps is to write some texts about myself to have ready to implement, once I decide which layout I want to use.</w:t>
            </w:r>
          </w:p>
          <w:p w14:paraId="2F8575E4" w14:textId="34123938" w:rsidR="00ED4A00" w:rsidRDefault="00D33A05" w:rsidP="005A183F">
            <w:pPr>
              <w:rPr>
                <w:rFonts w:asciiTheme="majorHAnsi" w:eastAsia="Times New Roman" w:hAnsiTheme="majorHAnsi" w:cstheme="majorHAnsi"/>
                <w:color w:val="000000" w:themeColor="text1"/>
                <w:sz w:val="21"/>
                <w:szCs w:val="21"/>
                <w:lang w:eastAsia="nl-NL"/>
              </w:rPr>
            </w:pPr>
            <w:hyperlink r:id="rId8" w:history="1">
              <w:r w:rsidR="00D2674A" w:rsidRPr="00081498">
                <w:rPr>
                  <w:rStyle w:val="Hyperlink"/>
                  <w:rFonts w:asciiTheme="majorHAnsi" w:eastAsia="Times New Roman" w:hAnsiTheme="majorHAnsi" w:cstheme="majorHAnsi"/>
                  <w:sz w:val="21"/>
                  <w:szCs w:val="21"/>
                  <w:lang w:eastAsia="nl-NL"/>
                </w:rPr>
                <w:t>https://patzobil.billpantzartzis.info/</w:t>
              </w:r>
            </w:hyperlink>
          </w:p>
          <w:p w14:paraId="087B7AF4" w14:textId="588DDB9E" w:rsidR="00D2674A" w:rsidRDefault="00D33A05" w:rsidP="005A183F">
            <w:pPr>
              <w:rPr>
                <w:rFonts w:asciiTheme="majorHAnsi" w:eastAsia="Times New Roman" w:hAnsiTheme="majorHAnsi" w:cstheme="majorHAnsi"/>
                <w:color w:val="000000" w:themeColor="text1"/>
                <w:sz w:val="21"/>
                <w:szCs w:val="21"/>
                <w:lang w:eastAsia="nl-NL"/>
              </w:rPr>
            </w:pPr>
            <w:hyperlink r:id="rId9" w:history="1">
              <w:r w:rsidR="00165A9B" w:rsidRPr="00081498">
                <w:rPr>
                  <w:rStyle w:val="Hyperlink"/>
                  <w:rFonts w:asciiTheme="majorHAnsi" w:eastAsia="Times New Roman" w:hAnsiTheme="majorHAnsi" w:cstheme="majorHAnsi"/>
                  <w:sz w:val="21"/>
                  <w:szCs w:val="21"/>
                  <w:lang w:eastAsia="nl-NL"/>
                </w:rPr>
                <w:t>https://patzobil.github.io/</w:t>
              </w:r>
            </w:hyperlink>
          </w:p>
          <w:p w14:paraId="3D2514E2" w14:textId="77777777" w:rsidR="00165A9B" w:rsidRDefault="00D33A05" w:rsidP="005A183F">
            <w:pPr>
              <w:rPr>
                <w:rFonts w:asciiTheme="majorHAnsi" w:eastAsia="Times New Roman" w:hAnsiTheme="majorHAnsi" w:cstheme="majorHAnsi"/>
                <w:color w:val="000000" w:themeColor="text1"/>
                <w:sz w:val="21"/>
                <w:szCs w:val="21"/>
                <w:lang w:eastAsia="nl-NL"/>
              </w:rPr>
            </w:pPr>
            <w:hyperlink r:id="rId10" w:history="1">
              <w:r w:rsidR="00165A9B" w:rsidRPr="00081498">
                <w:rPr>
                  <w:rStyle w:val="Hyperlink"/>
                  <w:rFonts w:asciiTheme="majorHAnsi" w:eastAsia="Times New Roman" w:hAnsiTheme="majorHAnsi" w:cstheme="majorHAnsi"/>
                  <w:sz w:val="21"/>
                  <w:szCs w:val="21"/>
                  <w:lang w:eastAsia="nl-NL"/>
                </w:rPr>
                <w:t>https://patzobil.github.io/libdoc-test/</w:t>
              </w:r>
            </w:hyperlink>
          </w:p>
          <w:p w14:paraId="117305D6" w14:textId="77777777" w:rsidR="002319AC" w:rsidRDefault="002319AC"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w:t>
            </w:r>
          </w:p>
          <w:p w14:paraId="1DBA2C63" w14:textId="74D5B8BD" w:rsidR="00E955F1" w:rsidRPr="00E955F1" w:rsidRDefault="00E955F1" w:rsidP="005A183F">
            <w:pPr>
              <w:rPr>
                <w:rFonts w:asciiTheme="majorHAnsi" w:eastAsia="Times New Roman" w:hAnsiTheme="majorHAnsi" w:cstheme="majorHAnsi"/>
                <w:b/>
                <w:bCs/>
                <w:color w:val="000000" w:themeColor="text1"/>
                <w:sz w:val="21"/>
                <w:szCs w:val="21"/>
                <w:lang w:eastAsia="nl-NL"/>
              </w:rPr>
            </w:pPr>
            <w:r w:rsidRPr="00E955F1">
              <w:rPr>
                <w:rFonts w:asciiTheme="majorHAnsi" w:eastAsia="Times New Roman" w:hAnsiTheme="majorHAnsi" w:cstheme="majorHAnsi"/>
                <w:b/>
                <w:bCs/>
                <w:color w:val="000000" w:themeColor="text1"/>
                <w:sz w:val="21"/>
                <w:szCs w:val="21"/>
                <w:lang w:eastAsia="nl-NL"/>
              </w:rPr>
              <w:t>Plan 2:</w:t>
            </w:r>
          </w:p>
          <w:p w14:paraId="3544F80D" w14:textId="11708C69" w:rsidR="00E955F1" w:rsidRDefault="00E955F1"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I have been wrapping my head around about starting out with shopify</w:t>
            </w:r>
            <w:r w:rsidR="003D166C">
              <w:rPr>
                <w:rFonts w:asciiTheme="majorHAnsi" w:eastAsia="Times New Roman" w:hAnsiTheme="majorHAnsi" w:cstheme="majorHAnsi"/>
                <w:color w:val="000000" w:themeColor="text1"/>
                <w:sz w:val="21"/>
                <w:szCs w:val="21"/>
                <w:lang w:eastAsia="nl-NL"/>
              </w:rPr>
              <w:t xml:space="preserve"> for the vinyl website, instead of trying to find time to discover the wheel by myself. This might be more achievable</w:t>
            </w:r>
            <w:r w:rsidR="00F829A5">
              <w:rPr>
                <w:rFonts w:asciiTheme="majorHAnsi" w:eastAsia="Times New Roman" w:hAnsiTheme="majorHAnsi" w:cstheme="majorHAnsi"/>
                <w:color w:val="000000" w:themeColor="text1"/>
                <w:sz w:val="21"/>
                <w:szCs w:val="21"/>
                <w:lang w:eastAsia="nl-NL"/>
              </w:rPr>
              <w:t xml:space="preserve"> and there are quite a lot of success stories behind shopify.</w:t>
            </w:r>
          </w:p>
          <w:p w14:paraId="63AE7A08" w14:textId="22C3BE70" w:rsidR="007A4558" w:rsidRPr="005A183F" w:rsidRDefault="007A4558"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More into this later, however I would like to make a start around June time with this, and try to coordinate with my sister in Greece</w:t>
            </w:r>
            <w:r w:rsidR="005F061F">
              <w:rPr>
                <w:rFonts w:asciiTheme="majorHAnsi" w:eastAsia="Times New Roman" w:hAnsiTheme="majorHAnsi" w:cstheme="majorHAnsi"/>
                <w:color w:val="000000" w:themeColor="text1"/>
                <w:sz w:val="21"/>
                <w:szCs w:val="21"/>
                <w:lang w:eastAsia="nl-NL"/>
              </w:rPr>
              <w:t xml:space="preserve"> about adding some content. I would like to say that by mid-May I would like to make start on this project, as long as I have done a “s</w:t>
            </w:r>
            <w:r w:rsidR="00D44076">
              <w:rPr>
                <w:rFonts w:asciiTheme="majorHAnsi" w:eastAsia="Times New Roman" w:hAnsiTheme="majorHAnsi" w:cstheme="majorHAnsi"/>
                <w:color w:val="000000" w:themeColor="text1"/>
                <w:sz w:val="21"/>
                <w:szCs w:val="21"/>
                <w:lang w:eastAsia="nl-NL"/>
              </w:rPr>
              <w:t>atisfying</w:t>
            </w:r>
            <w:r w:rsidR="005F061F">
              <w:rPr>
                <w:rFonts w:asciiTheme="majorHAnsi" w:eastAsia="Times New Roman" w:hAnsiTheme="majorHAnsi" w:cstheme="majorHAnsi"/>
                <w:color w:val="000000" w:themeColor="text1"/>
                <w:sz w:val="21"/>
                <w:szCs w:val="21"/>
                <w:lang w:eastAsia="nl-NL"/>
              </w:rPr>
              <w:t>”</w:t>
            </w:r>
            <w:r w:rsidR="00D44076">
              <w:rPr>
                <w:rFonts w:asciiTheme="majorHAnsi" w:eastAsia="Times New Roman" w:hAnsiTheme="majorHAnsi" w:cstheme="majorHAnsi"/>
                <w:color w:val="000000" w:themeColor="text1"/>
                <w:sz w:val="21"/>
                <w:szCs w:val="21"/>
                <w:lang w:eastAsia="nl-NL"/>
              </w:rPr>
              <w:t>(in my brain) job with the 1</w:t>
            </w:r>
            <w:r w:rsidR="00D44076" w:rsidRPr="00D44076">
              <w:rPr>
                <w:rFonts w:asciiTheme="majorHAnsi" w:eastAsia="Times New Roman" w:hAnsiTheme="majorHAnsi" w:cstheme="majorHAnsi"/>
                <w:color w:val="000000" w:themeColor="text1"/>
                <w:sz w:val="21"/>
                <w:szCs w:val="21"/>
                <w:vertAlign w:val="superscript"/>
                <w:lang w:eastAsia="nl-NL"/>
              </w:rPr>
              <w:t>st</w:t>
            </w:r>
            <w:r w:rsidR="00D44076">
              <w:rPr>
                <w:rFonts w:asciiTheme="majorHAnsi" w:eastAsia="Times New Roman" w:hAnsiTheme="majorHAnsi" w:cstheme="majorHAnsi"/>
                <w:color w:val="000000" w:themeColor="text1"/>
                <w:sz w:val="21"/>
                <w:szCs w:val="21"/>
                <w:lang w:eastAsia="nl-NL"/>
              </w:rPr>
              <w:t xml:space="preserve"> plan. </w:t>
            </w:r>
          </w:p>
        </w:tc>
      </w:tr>
      <w:tr w:rsidR="005A183F" w:rsidRPr="005A183F" w14:paraId="639D57F7" w14:textId="77777777" w:rsidTr="5D5B0DCD">
        <w:tc>
          <w:tcPr>
            <w:tcW w:w="4140" w:type="dxa"/>
            <w:shd w:val="clear" w:color="auto" w:fill="FFFFFF" w:themeFill="background1"/>
            <w:tcMar>
              <w:top w:w="225" w:type="dxa"/>
              <w:left w:w="80" w:type="dxa"/>
              <w:bottom w:w="225" w:type="dxa"/>
              <w:right w:w="80" w:type="dxa"/>
            </w:tcMar>
            <w:hideMark/>
          </w:tcPr>
          <w:p w14:paraId="24207D40" w14:textId="210B568C"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benefits and positive results did I gain from these actions?</w:t>
            </w:r>
          </w:p>
        </w:tc>
        <w:tc>
          <w:tcPr>
            <w:tcW w:w="5670" w:type="dxa"/>
            <w:shd w:val="clear" w:color="auto" w:fill="FFFFFF" w:themeFill="background1"/>
            <w:tcMar>
              <w:top w:w="225" w:type="dxa"/>
              <w:left w:w="80" w:type="dxa"/>
              <w:bottom w:w="225" w:type="dxa"/>
              <w:right w:w="80" w:type="dxa"/>
            </w:tcMar>
            <w:hideMark/>
          </w:tcPr>
          <w:p w14:paraId="2F566E81" w14:textId="3B021052" w:rsidR="00A1538E" w:rsidRPr="005A183F" w:rsidRDefault="00D44076" w:rsidP="00A1538E">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I got myself thinking deeply about those projects and generating ideas</w:t>
            </w:r>
            <w:r w:rsidR="00F90DEE">
              <w:rPr>
                <w:rFonts w:asciiTheme="majorHAnsi" w:eastAsia="Times New Roman" w:hAnsiTheme="majorHAnsi" w:cstheme="majorHAnsi"/>
                <w:color w:val="000000" w:themeColor="text1"/>
                <w:sz w:val="21"/>
                <w:szCs w:val="21"/>
                <w:lang w:eastAsia="nl-NL"/>
              </w:rPr>
              <w:t>. Also I got myself to focus on those as well and take actions, with as much time available to me as possible both on weekdays and weekends. That is some progress, and shows I want to realize this project.</w:t>
            </w:r>
          </w:p>
          <w:p w14:paraId="0D71D8F8" w14:textId="1A61ECCA" w:rsidR="007B3A7E" w:rsidRPr="005A183F" w:rsidRDefault="007B3A7E" w:rsidP="005A183F">
            <w:pPr>
              <w:rPr>
                <w:rFonts w:asciiTheme="majorHAnsi" w:eastAsia="Times New Roman" w:hAnsiTheme="majorHAnsi" w:cstheme="majorHAnsi"/>
                <w:color w:val="000000" w:themeColor="text1"/>
                <w:sz w:val="21"/>
                <w:szCs w:val="21"/>
                <w:lang w:eastAsia="nl-NL"/>
              </w:rPr>
            </w:pPr>
          </w:p>
        </w:tc>
      </w:tr>
      <w:tr w:rsidR="005A183F" w:rsidRPr="005A183F" w14:paraId="7BF9FDF0" w14:textId="77777777" w:rsidTr="5D5B0DCD">
        <w:trPr>
          <w:trHeight w:val="1218"/>
        </w:trPr>
        <w:tc>
          <w:tcPr>
            <w:tcW w:w="4140" w:type="dxa"/>
            <w:shd w:val="clear" w:color="auto" w:fill="FFFFFF" w:themeFill="background1"/>
            <w:tcMar>
              <w:top w:w="225" w:type="dxa"/>
              <w:left w:w="80" w:type="dxa"/>
              <w:bottom w:w="225" w:type="dxa"/>
              <w:right w:w="80" w:type="dxa"/>
            </w:tcMar>
            <w:hideMark/>
          </w:tcPr>
          <w:p w14:paraId="26448F93" w14:textId="694372C7"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are the new opportunities &amp; positive results of the actions I have taken? What benefits did I gain from my actions?</w:t>
            </w:r>
          </w:p>
        </w:tc>
        <w:tc>
          <w:tcPr>
            <w:tcW w:w="5670" w:type="dxa"/>
            <w:shd w:val="clear" w:color="auto" w:fill="FFFFFF" w:themeFill="background1"/>
            <w:tcMar>
              <w:top w:w="225" w:type="dxa"/>
              <w:left w:w="80" w:type="dxa"/>
              <w:bottom w:w="225" w:type="dxa"/>
              <w:right w:w="80" w:type="dxa"/>
            </w:tcMar>
            <w:hideMark/>
          </w:tcPr>
          <w:p w14:paraId="2F44C302" w14:textId="55543B7C" w:rsidR="005A183F" w:rsidRPr="005A183F" w:rsidRDefault="00A41E11" w:rsidP="005A183F">
            <w:pPr>
              <w:tabs>
                <w:tab w:val="left" w:pos="1797"/>
              </w:tabs>
              <w:rPr>
                <w:rFonts w:asciiTheme="majorHAnsi" w:eastAsia="Times New Roman" w:hAnsiTheme="majorHAnsi" w:cstheme="majorHAnsi"/>
                <w:sz w:val="21"/>
                <w:szCs w:val="21"/>
                <w:lang w:eastAsia="nl-NL"/>
              </w:rPr>
            </w:pPr>
            <w:r>
              <w:rPr>
                <w:rFonts w:asciiTheme="majorHAnsi" w:eastAsia="Times New Roman" w:hAnsiTheme="majorHAnsi" w:cstheme="majorHAnsi"/>
                <w:sz w:val="21"/>
                <w:szCs w:val="21"/>
                <w:lang w:eastAsia="nl-NL"/>
              </w:rPr>
              <w:t>I finally start to see actual progress which puts my brain on the right frequency and helps me see things clearer.</w:t>
            </w:r>
          </w:p>
        </w:tc>
      </w:tr>
      <w:tr w:rsidR="005A183F" w:rsidRPr="005A183F" w14:paraId="6B2BE850" w14:textId="77777777" w:rsidTr="5D5B0DCD">
        <w:tc>
          <w:tcPr>
            <w:tcW w:w="4140" w:type="dxa"/>
            <w:shd w:val="clear" w:color="auto" w:fill="FFFFFF" w:themeFill="background1"/>
            <w:tcMar>
              <w:top w:w="225" w:type="dxa"/>
              <w:left w:w="80" w:type="dxa"/>
              <w:bottom w:w="225" w:type="dxa"/>
              <w:right w:w="80" w:type="dxa"/>
            </w:tcMar>
            <w:hideMark/>
          </w:tcPr>
          <w:p w14:paraId="408FD4B4" w14:textId="77777777"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are my successes and magic moments since my last call?</w:t>
            </w:r>
          </w:p>
        </w:tc>
        <w:tc>
          <w:tcPr>
            <w:tcW w:w="5670" w:type="dxa"/>
            <w:shd w:val="clear" w:color="auto" w:fill="FFFFFF" w:themeFill="background1"/>
            <w:tcMar>
              <w:top w:w="225" w:type="dxa"/>
              <w:left w:w="80" w:type="dxa"/>
              <w:bottom w:w="225" w:type="dxa"/>
              <w:right w:w="80" w:type="dxa"/>
            </w:tcMar>
            <w:hideMark/>
          </w:tcPr>
          <w:p w14:paraId="34263700" w14:textId="6CF9ACBE" w:rsidR="005A183F" w:rsidRDefault="0070667C" w:rsidP="005A183F">
            <w:pPr>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 xml:space="preserve">Started a new job, going well and is quite relaxed at this moment, but my eagerness to learn has put me in the driving seat </w:t>
            </w:r>
            <w:r w:rsidR="001C68AB">
              <w:rPr>
                <w:rFonts w:asciiTheme="majorHAnsi" w:eastAsia="Times New Roman" w:hAnsiTheme="majorHAnsi" w:cstheme="majorHAnsi"/>
                <w:color w:val="000000" w:themeColor="text1"/>
                <w:sz w:val="21"/>
                <w:szCs w:val="21"/>
                <w:lang w:eastAsia="nl-NL"/>
              </w:rPr>
              <w:t>and I am learning to see how to work with the people and it’s nice team. The management already has given a lot of attention to me and they are very excited about the skills and mindset I bring in the company, they already see me as a person who will bring a lot of value and growth to the company, complete opposite from before…</w:t>
            </w:r>
          </w:p>
          <w:p w14:paraId="68DFC23F" w14:textId="236F714B" w:rsidR="00C65525" w:rsidRPr="005A183F" w:rsidRDefault="00C65525" w:rsidP="005A183F">
            <w:pPr>
              <w:rPr>
                <w:rFonts w:asciiTheme="majorHAnsi" w:eastAsia="Times New Roman" w:hAnsiTheme="majorHAnsi" w:cstheme="majorHAnsi"/>
                <w:color w:val="000000" w:themeColor="text1"/>
                <w:sz w:val="21"/>
                <w:szCs w:val="21"/>
                <w:lang w:eastAsia="nl-NL"/>
              </w:rPr>
            </w:pPr>
          </w:p>
        </w:tc>
      </w:tr>
      <w:tr w:rsidR="005A183F" w:rsidRPr="005A183F" w14:paraId="1BA3136C" w14:textId="77777777" w:rsidTr="5D5B0DCD">
        <w:tc>
          <w:tcPr>
            <w:tcW w:w="4140" w:type="dxa"/>
            <w:shd w:val="clear" w:color="auto" w:fill="FFFFFF" w:themeFill="background1"/>
            <w:tcMar>
              <w:top w:w="225" w:type="dxa"/>
              <w:left w:w="80" w:type="dxa"/>
              <w:bottom w:w="225" w:type="dxa"/>
              <w:right w:w="80" w:type="dxa"/>
            </w:tcMar>
            <w:hideMark/>
          </w:tcPr>
          <w:p w14:paraId="0E7C47D1" w14:textId="675081D9"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are the challenges or opportunities for growth I've experienced since my last call?</w:t>
            </w:r>
          </w:p>
        </w:tc>
        <w:tc>
          <w:tcPr>
            <w:tcW w:w="5670" w:type="dxa"/>
            <w:shd w:val="clear" w:color="auto" w:fill="FFFFFF" w:themeFill="background1"/>
            <w:tcMar>
              <w:top w:w="225" w:type="dxa"/>
              <w:left w:w="80" w:type="dxa"/>
              <w:bottom w:w="225" w:type="dxa"/>
              <w:right w:w="80" w:type="dxa"/>
            </w:tcMar>
            <w:hideMark/>
          </w:tcPr>
          <w:p w14:paraId="50DBCF0D" w14:textId="1AADD5E3" w:rsidR="005A183F" w:rsidRPr="005A183F" w:rsidRDefault="00834657" w:rsidP="005A183F">
            <w:pPr>
              <w:spacing w:line="259" w:lineRule="auto"/>
              <w:rPr>
                <w:rFonts w:asciiTheme="majorHAnsi" w:eastAsia="Times New Roman" w:hAnsiTheme="majorHAnsi" w:cstheme="majorHAnsi"/>
                <w:color w:val="000000" w:themeColor="text1"/>
                <w:sz w:val="21"/>
                <w:szCs w:val="21"/>
                <w:lang w:eastAsia="nl-NL"/>
              </w:rPr>
            </w:pPr>
            <w:r>
              <w:rPr>
                <w:rFonts w:asciiTheme="majorHAnsi" w:eastAsia="Times New Roman" w:hAnsiTheme="majorHAnsi" w:cstheme="majorHAnsi"/>
                <w:color w:val="000000" w:themeColor="text1"/>
                <w:sz w:val="21"/>
                <w:szCs w:val="21"/>
                <w:lang w:eastAsia="nl-NL"/>
              </w:rPr>
              <w:t>Above item explains</w:t>
            </w:r>
          </w:p>
        </w:tc>
      </w:tr>
      <w:tr w:rsidR="005A183F" w:rsidRPr="005A183F" w14:paraId="05B3BF26" w14:textId="77777777" w:rsidTr="5D5B0DCD">
        <w:tc>
          <w:tcPr>
            <w:tcW w:w="4140" w:type="dxa"/>
            <w:shd w:val="clear" w:color="auto" w:fill="FFFFFF" w:themeFill="background1"/>
            <w:tcMar>
              <w:top w:w="225" w:type="dxa"/>
              <w:left w:w="80" w:type="dxa"/>
              <w:bottom w:w="225" w:type="dxa"/>
              <w:right w:w="80" w:type="dxa"/>
            </w:tcMar>
            <w:hideMark/>
          </w:tcPr>
          <w:p w14:paraId="5A2CC6B6" w14:textId="0E027DC5"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do I specifically want to focus on for my next call? What do I need from this call to move forward on my goals? </w:t>
            </w:r>
          </w:p>
        </w:tc>
        <w:tc>
          <w:tcPr>
            <w:tcW w:w="5670" w:type="dxa"/>
            <w:shd w:val="clear" w:color="auto" w:fill="FFFFFF" w:themeFill="background1"/>
            <w:tcMar>
              <w:top w:w="225" w:type="dxa"/>
              <w:left w:w="80" w:type="dxa"/>
              <w:bottom w:w="225" w:type="dxa"/>
              <w:right w:w="80" w:type="dxa"/>
            </w:tcMar>
            <w:hideMark/>
          </w:tcPr>
          <w:p w14:paraId="02D021F7" w14:textId="7EDE3E1C" w:rsidR="005A183F" w:rsidRPr="005A183F" w:rsidRDefault="5D5B0DCD" w:rsidP="5D5B0DCD">
            <w:pPr>
              <w:spacing w:line="259" w:lineRule="auto"/>
              <w:rPr>
                <w:rFonts w:asciiTheme="majorHAnsi" w:hAnsiTheme="majorHAnsi" w:cstheme="majorBidi"/>
                <w:sz w:val="21"/>
                <w:szCs w:val="21"/>
              </w:rPr>
            </w:pPr>
            <w:r w:rsidRPr="5D5B0DCD">
              <w:rPr>
                <w:rFonts w:asciiTheme="majorHAnsi" w:hAnsiTheme="majorHAnsi" w:cstheme="majorBidi"/>
                <w:sz w:val="21"/>
                <w:szCs w:val="21"/>
              </w:rPr>
              <w:t>I have troubles with scheduling lately, guess it has to do with the fact I havent been working for sometime and there was absolutely no stability/routine. I do not abide at Schedules easy and it is hard to follow them.</w:t>
            </w:r>
          </w:p>
        </w:tc>
      </w:tr>
      <w:tr w:rsidR="005A183F" w:rsidRPr="005A183F" w14:paraId="40203088" w14:textId="77777777" w:rsidTr="5D5B0DCD">
        <w:tc>
          <w:tcPr>
            <w:tcW w:w="4140" w:type="dxa"/>
            <w:shd w:val="clear" w:color="auto" w:fill="FFFFFF" w:themeFill="background1"/>
            <w:tcMar>
              <w:top w:w="225" w:type="dxa"/>
              <w:left w:w="80" w:type="dxa"/>
              <w:bottom w:w="225" w:type="dxa"/>
              <w:right w:w="80" w:type="dxa"/>
            </w:tcMar>
            <w:hideMark/>
          </w:tcPr>
          <w:p w14:paraId="5BB8D40C" w14:textId="319BD3E3" w:rsidR="005A183F" w:rsidRPr="005A183F" w:rsidRDefault="005A183F" w:rsidP="005A183F">
            <w:pPr>
              <w:rPr>
                <w:rFonts w:asciiTheme="majorHAnsi" w:eastAsia="Times New Roman" w:hAnsiTheme="majorHAnsi" w:cstheme="majorHAnsi"/>
                <w:caps/>
                <w:color w:val="000000" w:themeColor="text1"/>
                <w:sz w:val="21"/>
                <w:szCs w:val="21"/>
                <w:lang w:eastAsia="nl-NL"/>
              </w:rPr>
            </w:pPr>
            <w:r w:rsidRPr="005A183F">
              <w:rPr>
                <w:rFonts w:asciiTheme="majorHAnsi" w:eastAsia="Times New Roman" w:hAnsiTheme="majorHAnsi" w:cstheme="majorHAnsi"/>
                <w:color w:val="000000" w:themeColor="text1"/>
                <w:sz w:val="21"/>
                <w:szCs w:val="21"/>
                <w:lang w:eastAsia="nl-NL"/>
              </w:rPr>
              <w:t>What am I enjoying most about my coaching? </w:t>
            </w:r>
          </w:p>
        </w:tc>
        <w:tc>
          <w:tcPr>
            <w:tcW w:w="5670" w:type="dxa"/>
            <w:shd w:val="clear" w:color="auto" w:fill="FFFFFF" w:themeFill="background1"/>
            <w:tcMar>
              <w:top w:w="225" w:type="dxa"/>
              <w:left w:w="80" w:type="dxa"/>
              <w:bottom w:w="225" w:type="dxa"/>
              <w:right w:w="80" w:type="dxa"/>
            </w:tcMar>
            <w:hideMark/>
          </w:tcPr>
          <w:p w14:paraId="5CABA685" w14:textId="03B07889" w:rsidR="005A183F" w:rsidRPr="005A183F" w:rsidRDefault="5D5B0DCD" w:rsidP="5D5B0DCD">
            <w:pPr>
              <w:rPr>
                <w:rFonts w:asciiTheme="majorHAnsi" w:eastAsia="Times New Roman" w:hAnsiTheme="majorHAnsi" w:cstheme="majorBidi"/>
                <w:color w:val="000000" w:themeColor="text1"/>
                <w:sz w:val="21"/>
                <w:szCs w:val="21"/>
                <w:lang w:eastAsia="nl-NL"/>
              </w:rPr>
            </w:pPr>
            <w:r w:rsidRPr="5D5B0DCD">
              <w:rPr>
                <w:rFonts w:asciiTheme="majorHAnsi" w:eastAsia="Times New Roman" w:hAnsiTheme="majorHAnsi" w:cstheme="majorBidi"/>
                <w:color w:val="000000" w:themeColor="text1"/>
                <w:sz w:val="21"/>
                <w:szCs w:val="21"/>
                <w:lang w:eastAsia="nl-NL"/>
              </w:rPr>
              <w:t>That I must prepare something, and i cannot completely procrastinate and postpone things(because someone is waiting for my input, even though i do it quite slow and last minute as usual)</w:t>
            </w:r>
          </w:p>
        </w:tc>
      </w:tr>
    </w:tbl>
    <w:p w14:paraId="0081575F" w14:textId="4EEF63D3" w:rsidR="00CC70D2" w:rsidRPr="005A183F" w:rsidRDefault="00CC70D2" w:rsidP="005A183F">
      <w:pPr>
        <w:rPr>
          <w:rFonts w:asciiTheme="majorHAnsi" w:hAnsiTheme="majorHAnsi" w:cstheme="majorHAnsi"/>
          <w:color w:val="000000" w:themeColor="text1"/>
          <w:sz w:val="21"/>
          <w:szCs w:val="21"/>
        </w:rPr>
      </w:pPr>
    </w:p>
    <w:sectPr w:rsidR="00CC70D2" w:rsidRPr="005A183F" w:rsidSect="00EA7342">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43B2E" w14:textId="77777777" w:rsidR="00EA7342" w:rsidRDefault="00EA7342" w:rsidP="00B116A7">
      <w:pPr>
        <w:spacing w:after="0" w:line="240" w:lineRule="auto"/>
      </w:pPr>
      <w:r>
        <w:separator/>
      </w:r>
    </w:p>
  </w:endnote>
  <w:endnote w:type="continuationSeparator" w:id="0">
    <w:p w14:paraId="41BE1D6A" w14:textId="77777777" w:rsidR="00EA7342" w:rsidRDefault="00EA7342" w:rsidP="00B116A7">
      <w:pPr>
        <w:spacing w:after="0" w:line="240" w:lineRule="auto"/>
      </w:pPr>
      <w:r>
        <w:continuationSeparator/>
      </w:r>
    </w:p>
  </w:endnote>
  <w:endnote w:type="continuationNotice" w:id="1">
    <w:p w14:paraId="523D7A3D" w14:textId="77777777" w:rsidR="00EA7342" w:rsidRDefault="00EA73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7657F" w14:textId="0EEF724F" w:rsidR="006D7C6B" w:rsidRPr="006D7C6B" w:rsidRDefault="006D7C6B">
    <w:pPr>
      <w:pStyle w:val="Footer"/>
      <w:rPr>
        <w:sz w:val="16"/>
        <w:szCs w:val="16"/>
        <w:lang w:val="nl-NL"/>
      </w:rPr>
    </w:pPr>
    <w:r>
      <w:rPr>
        <w:rFonts w:ascii="Symbol" w:eastAsia="Symbol" w:hAnsi="Symbol" w:cs="Symbol"/>
        <w:sz w:val="16"/>
        <w:szCs w:val="16"/>
        <w:lang w:val="nl-NL"/>
      </w:rPr>
      <w:t>Ó</w:t>
    </w:r>
    <w:r>
      <w:rPr>
        <w:sz w:val="16"/>
        <w:szCs w:val="16"/>
        <w:lang w:val="nl-NL"/>
      </w:rPr>
      <w:t xml:space="preserve"> </w:t>
    </w:r>
    <w:r w:rsidRPr="006D7C6B">
      <w:rPr>
        <w:sz w:val="16"/>
        <w:szCs w:val="16"/>
        <w:lang w:val="nl-NL"/>
      </w:rPr>
      <w:t xml:space="preserve">Sustality </w:t>
    </w:r>
    <w:r w:rsidR="005A183F">
      <w:rPr>
        <w:sz w:val="16"/>
        <w:szCs w:val="16"/>
        <w:lang w:val="nl-NL"/>
      </w:rPr>
      <w:t>Session Preparation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B5D0D" w14:textId="77777777" w:rsidR="00EA7342" w:rsidRDefault="00EA7342" w:rsidP="00B116A7">
      <w:pPr>
        <w:spacing w:after="0" w:line="240" w:lineRule="auto"/>
      </w:pPr>
      <w:r>
        <w:separator/>
      </w:r>
    </w:p>
  </w:footnote>
  <w:footnote w:type="continuationSeparator" w:id="0">
    <w:p w14:paraId="3ED3B4CF" w14:textId="77777777" w:rsidR="00EA7342" w:rsidRDefault="00EA7342" w:rsidP="00B116A7">
      <w:pPr>
        <w:spacing w:after="0" w:line="240" w:lineRule="auto"/>
      </w:pPr>
      <w:r>
        <w:continuationSeparator/>
      </w:r>
    </w:p>
  </w:footnote>
  <w:footnote w:type="continuationNotice" w:id="1">
    <w:p w14:paraId="68575243" w14:textId="77777777" w:rsidR="00EA7342" w:rsidRDefault="00EA73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31BEB" w14:textId="259E8D14" w:rsidR="006D7C6B" w:rsidRDefault="005A183F">
    <w:pPr>
      <w:pStyle w:val="Header"/>
    </w:pPr>
    <w:r>
      <w:rPr>
        <w:noProof/>
      </w:rPr>
      <mc:AlternateContent>
        <mc:Choice Requires="wps">
          <w:drawing>
            <wp:anchor distT="0" distB="0" distL="114300" distR="114300" simplePos="0" relativeHeight="251658241" behindDoc="0" locked="0" layoutInCell="1" allowOverlap="1" wp14:anchorId="4E97072A" wp14:editId="4CFB2C02">
              <wp:simplePos x="0" y="0"/>
              <wp:positionH relativeFrom="column">
                <wp:posOffset>525995</wp:posOffset>
              </wp:positionH>
              <wp:positionV relativeFrom="paragraph">
                <wp:posOffset>-238894</wp:posOffset>
              </wp:positionV>
              <wp:extent cx="2147581" cy="318339"/>
              <wp:effectExtent l="0" t="0" r="0" b="0"/>
              <wp:wrapNone/>
              <wp:docPr id="431304112" name="Text Box 2"/>
              <wp:cNvGraphicFramePr/>
              <a:graphic xmlns:a="http://schemas.openxmlformats.org/drawingml/2006/main">
                <a:graphicData uri="http://schemas.microsoft.com/office/word/2010/wordprocessingShape">
                  <wps:wsp>
                    <wps:cNvSpPr txBox="1"/>
                    <wps:spPr>
                      <a:xfrm>
                        <a:off x="0" y="0"/>
                        <a:ext cx="2147581" cy="318339"/>
                      </a:xfrm>
                      <a:prstGeom prst="rect">
                        <a:avLst/>
                      </a:prstGeom>
                      <a:noFill/>
                      <a:ln w="6350">
                        <a:noFill/>
                      </a:ln>
                    </wps:spPr>
                    <wps:txbx>
                      <w:txbxContent>
                        <w:p w14:paraId="37CC4F09" w14:textId="66895995" w:rsidR="005A183F" w:rsidRPr="00F1372F" w:rsidRDefault="00133720">
                          <w:pPr>
                            <w:rPr>
                              <w:rFonts w:asciiTheme="majorHAnsi" w:hAnsiTheme="majorHAnsi" w:cstheme="majorHAnsi"/>
                              <w:b/>
                              <w:bCs/>
                              <w:sz w:val="24"/>
                              <w:szCs w:val="24"/>
                              <w:lang w:val="nl-NL"/>
                            </w:rPr>
                          </w:pPr>
                          <w:r w:rsidRPr="00F1372F">
                            <w:rPr>
                              <w:rFonts w:asciiTheme="majorHAnsi" w:hAnsiTheme="majorHAnsi" w:cstheme="majorHAnsi"/>
                              <w:b/>
                              <w:bCs/>
                              <w:sz w:val="24"/>
                              <w:szCs w:val="24"/>
                              <w:lang w:val="nl-NL"/>
                            </w:rPr>
                            <w:t>Session preparation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74757F4A">
            <v:shapetype id="_x0000_t202" coordsize="21600,21600" o:spt="202" path="m,l,21600r21600,l21600,xe" w14:anchorId="4E97072A">
              <v:stroke joinstyle="miter"/>
              <v:path gradientshapeok="t" o:connecttype="rect"/>
            </v:shapetype>
            <v:shape id="Text Box 2" style="position:absolute;margin-left:41.4pt;margin-top:-18.8pt;width:169.1pt;height:25.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">
              <v:textbox>
                <w:txbxContent>
                  <w:p w:rsidRPr="00F1372F" w:rsidR="005A183F" w:rsidRDefault="00133720" w14:paraId="38EA1B67" w14:textId="66895995">
                    <w:pPr>
                      <w:rPr>
                        <w:rFonts w:asciiTheme="majorHAnsi" w:hAnsiTheme="majorHAnsi" w:cstheme="majorHAnsi"/>
                        <w:b/>
                        <w:bCs/>
                        <w:sz w:val="24"/>
                        <w:szCs w:val="24"/>
                        <w:lang w:val="nl-NL"/>
                      </w:rPr>
                    </w:pPr>
                    <w:r w:rsidRPr="00F1372F">
                      <w:rPr>
                        <w:rFonts w:asciiTheme="majorHAnsi" w:hAnsiTheme="majorHAnsi" w:cstheme="majorHAnsi"/>
                        <w:b/>
                        <w:bCs/>
                        <w:sz w:val="24"/>
                        <w:szCs w:val="24"/>
                        <w:lang w:val="nl-NL"/>
                      </w:rPr>
                      <w:t>Session preparation form</w:t>
                    </w:r>
                  </w:p>
                </w:txbxContent>
              </v:textbox>
            </v:shape>
          </w:pict>
        </mc:Fallback>
      </mc:AlternateContent>
    </w:r>
    <w:r w:rsidR="006D7C6B">
      <w:rPr>
        <w:noProof/>
      </w:rPr>
      <mc:AlternateContent>
        <mc:Choice Requires="wps">
          <w:drawing>
            <wp:anchor distT="0" distB="0" distL="114300" distR="114300" simplePos="0" relativeHeight="251658240" behindDoc="0" locked="0" layoutInCell="1" allowOverlap="1" wp14:anchorId="176B9C76" wp14:editId="7E16AB02">
              <wp:simplePos x="0" y="0"/>
              <wp:positionH relativeFrom="column">
                <wp:posOffset>-689966</wp:posOffset>
              </wp:positionH>
              <wp:positionV relativeFrom="paragraph">
                <wp:posOffset>-364490</wp:posOffset>
              </wp:positionV>
              <wp:extent cx="6988029" cy="1191237"/>
              <wp:effectExtent l="0" t="0" r="0" b="3175"/>
              <wp:wrapNone/>
              <wp:docPr id="1445200076" name="Text Box 2"/>
              <wp:cNvGraphicFramePr/>
              <a:graphic xmlns:a="http://schemas.openxmlformats.org/drawingml/2006/main">
                <a:graphicData uri="http://schemas.microsoft.com/office/word/2010/wordprocessingShape">
                  <wps:wsp>
                    <wps:cNvSpPr txBox="1"/>
                    <wps:spPr>
                      <a:xfrm>
                        <a:off x="0" y="0"/>
                        <a:ext cx="6988029" cy="1191237"/>
                      </a:xfrm>
                      <a:prstGeom prst="rect">
                        <a:avLst/>
                      </a:prstGeom>
                      <a:solidFill>
                        <a:schemeClr val="lt1"/>
                      </a:solidFill>
                      <a:ln w="6350">
                        <a:noFill/>
                      </a:ln>
                    </wps:spPr>
                    <wps:txbx>
                      <w:txbxContent>
                        <w:p w14:paraId="6ADAED87" w14:textId="3A9C71D4" w:rsidR="006D7C6B" w:rsidRDefault="006D7C6B">
                          <w:r>
                            <w:rPr>
                              <w:noProof/>
                            </w:rPr>
                            <w:drawing>
                              <wp:inline distT="0" distB="0" distL="0" distR="0" wp14:anchorId="1EC79C1F" wp14:editId="3BDF571A">
                                <wp:extent cx="7136181" cy="895985"/>
                                <wp:effectExtent l="0" t="0" r="1270" b="5715"/>
                                <wp:docPr id="104480733"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15176" name="Picture 1" descr="A blue and white background&#10;&#10;Description automatically generated"/>
                                        <pic:cNvPicPr/>
                                      </pic:nvPicPr>
                                      <pic:blipFill>
                                        <a:blip r:embed="rId1"/>
                                        <a:stretch>
                                          <a:fillRect/>
                                        </a:stretch>
                                      </pic:blipFill>
                                      <pic:spPr>
                                        <a:xfrm>
                                          <a:off x="0" y="0"/>
                                          <a:ext cx="7357755" cy="92380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44CFF89F">
            <v:shape id="_x0000_s1027" style="position:absolute;margin-left:-54.35pt;margin-top:-28.7pt;width:550.25pt;height:9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" w14:anchorId="176B9C76">
              <v:textbox style="layout-flow:vertical-ideographic">
                <w:txbxContent>
                  <w:p w:rsidR="006D7C6B" w:rsidRDefault="006D7C6B" w14:paraId="672A6659" w14:textId="3A9C71D4">
                    <w:r>
                      <w:rPr>
                        <w:noProof/>
                      </w:rPr>
                      <w:drawing>
                        <wp:inline distT="0" distB="0" distL="0" distR="0" wp14:anchorId="35A03C08" wp14:editId="3BDF571A">
                          <wp:extent cx="7136181" cy="895985"/>
                          <wp:effectExtent l="0" t="0" r="1270" b="5715"/>
                          <wp:docPr id="824295892"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15176" name="Picture 1" descr="A blue and white background&#10;&#10;Description automatically generated"/>
                                  <pic:cNvPicPr/>
                                </pic:nvPicPr>
                                <pic:blipFill>
                                  <a:blip r:embed="rId2"/>
                                  <a:stretch>
                                    <a:fillRect/>
                                  </a:stretch>
                                </pic:blipFill>
                                <pic:spPr>
                                  <a:xfrm>
                                    <a:off x="0" y="0"/>
                                    <a:ext cx="7357755" cy="92380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6380722"/>
    <w:multiLevelType w:val="hybridMultilevel"/>
    <w:tmpl w:val="C582B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540597">
    <w:abstractNumId w:val="8"/>
  </w:num>
  <w:num w:numId="2" w16cid:durableId="911431807">
    <w:abstractNumId w:val="6"/>
  </w:num>
  <w:num w:numId="3" w16cid:durableId="880631244">
    <w:abstractNumId w:val="5"/>
  </w:num>
  <w:num w:numId="4" w16cid:durableId="1607037808">
    <w:abstractNumId w:val="4"/>
  </w:num>
  <w:num w:numId="5" w16cid:durableId="366610751">
    <w:abstractNumId w:val="7"/>
  </w:num>
  <w:num w:numId="6" w16cid:durableId="948052816">
    <w:abstractNumId w:val="3"/>
  </w:num>
  <w:num w:numId="7" w16cid:durableId="1421369025">
    <w:abstractNumId w:val="2"/>
  </w:num>
  <w:num w:numId="8" w16cid:durableId="237059220">
    <w:abstractNumId w:val="1"/>
  </w:num>
  <w:num w:numId="9" w16cid:durableId="841165492">
    <w:abstractNumId w:val="0"/>
  </w:num>
  <w:num w:numId="10" w16cid:durableId="723530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C64"/>
    <w:rsid w:val="00034616"/>
    <w:rsid w:val="0006063C"/>
    <w:rsid w:val="0009322D"/>
    <w:rsid w:val="00104E63"/>
    <w:rsid w:val="00133720"/>
    <w:rsid w:val="0015074B"/>
    <w:rsid w:val="00165A9B"/>
    <w:rsid w:val="001C68AB"/>
    <w:rsid w:val="002319AC"/>
    <w:rsid w:val="00246535"/>
    <w:rsid w:val="0029639D"/>
    <w:rsid w:val="003049B5"/>
    <w:rsid w:val="00326F90"/>
    <w:rsid w:val="00362F3C"/>
    <w:rsid w:val="003673BB"/>
    <w:rsid w:val="003D166C"/>
    <w:rsid w:val="004A7712"/>
    <w:rsid w:val="004B487C"/>
    <w:rsid w:val="005A183F"/>
    <w:rsid w:val="005F061F"/>
    <w:rsid w:val="006A4132"/>
    <w:rsid w:val="006A5452"/>
    <w:rsid w:val="006D4A3B"/>
    <w:rsid w:val="006D7C6B"/>
    <w:rsid w:val="0070667C"/>
    <w:rsid w:val="007A4558"/>
    <w:rsid w:val="007B3A7E"/>
    <w:rsid w:val="007E4ACF"/>
    <w:rsid w:val="00834657"/>
    <w:rsid w:val="008605A9"/>
    <w:rsid w:val="009B2548"/>
    <w:rsid w:val="009E2DAE"/>
    <w:rsid w:val="00A1538E"/>
    <w:rsid w:val="00A41E11"/>
    <w:rsid w:val="00AA1D8D"/>
    <w:rsid w:val="00AB4054"/>
    <w:rsid w:val="00B116A7"/>
    <w:rsid w:val="00B17CA1"/>
    <w:rsid w:val="00B47730"/>
    <w:rsid w:val="00B81A2A"/>
    <w:rsid w:val="00B962B5"/>
    <w:rsid w:val="00BA2EC7"/>
    <w:rsid w:val="00BB1D54"/>
    <w:rsid w:val="00BD6F0E"/>
    <w:rsid w:val="00BE1EB2"/>
    <w:rsid w:val="00C61D94"/>
    <w:rsid w:val="00C65525"/>
    <w:rsid w:val="00C76A91"/>
    <w:rsid w:val="00CB0664"/>
    <w:rsid w:val="00CB7A9A"/>
    <w:rsid w:val="00CC70D2"/>
    <w:rsid w:val="00D2674A"/>
    <w:rsid w:val="00D33A05"/>
    <w:rsid w:val="00D44076"/>
    <w:rsid w:val="00D66195"/>
    <w:rsid w:val="00D812B0"/>
    <w:rsid w:val="00DE6777"/>
    <w:rsid w:val="00E955F1"/>
    <w:rsid w:val="00EA7342"/>
    <w:rsid w:val="00ED4A00"/>
    <w:rsid w:val="00EF6EDC"/>
    <w:rsid w:val="00F1372F"/>
    <w:rsid w:val="00F829A5"/>
    <w:rsid w:val="00F90DEE"/>
    <w:rsid w:val="00FC693F"/>
    <w:rsid w:val="0293ACA1"/>
    <w:rsid w:val="5D5B0D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35046D"/>
  <w14:defaultImageDpi w14:val="300"/>
  <w15:docId w15:val="{0056B606-5691-4713-A683-E5395C9F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D2674A"/>
    <w:rPr>
      <w:color w:val="0000FF" w:themeColor="hyperlink"/>
      <w:u w:val="single"/>
    </w:rPr>
  </w:style>
  <w:style w:type="character" w:styleId="UnresolvedMention">
    <w:name w:val="Unresolved Mention"/>
    <w:basedOn w:val="DefaultParagraphFont"/>
    <w:uiPriority w:val="99"/>
    <w:semiHidden/>
    <w:unhideWhenUsed/>
    <w:rsid w:val="00D26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zobil.billpantzartzis.inf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atzobil.github.io/libdoc-test/" TargetMode="External"/><Relationship Id="rId4" Type="http://schemas.openxmlformats.org/officeDocument/2006/relationships/settings" Target="settings.xml"/><Relationship Id="rId9" Type="http://schemas.openxmlformats.org/officeDocument/2006/relationships/hyperlink" Target="https://patzobil.github.i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539</Words>
  <Characters>3076</Characters>
  <Application>Microsoft Office Word</Application>
  <DocSecurity>4</DocSecurity>
  <Lines>25</Lines>
  <Paragraphs>7</Paragraphs>
  <ScaleCrop>false</ScaleCrop>
  <Manager/>
  <Company/>
  <LinksUpToDate>false</LinksUpToDate>
  <CharactersWithSpaces>3608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Questionnaire for Coaching Sessions</dc:title>
  <dc:subject/>
  <dc:creator>python-docx</dc:creator>
  <cp:keywords/>
  <dc:description>generated by python-docx</dc:description>
  <cp:lastModifiedBy>Guest User</cp:lastModifiedBy>
  <cp:revision>29</cp:revision>
  <dcterms:created xsi:type="dcterms:W3CDTF">2024-03-29T17:40:00Z</dcterms:created>
  <dcterms:modified xsi:type="dcterms:W3CDTF">2024-04-11T11:51:00Z</dcterms:modified>
  <cp:category/>
</cp:coreProperties>
</file>